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ind w:firstLine="0"/>
        <w:jc w:val="center"/>
      </w:pPr>
      <w:r>
        <w:rPr>
          <w:rFonts w:ascii="Pretendard" w:hAnsi="Pretendard" w:cs="Pretendard" w:eastAsia="Pretendard"/>
          <w:b/>
          <w:i w:val="0"/>
          <w:sz w:val="36"/>
        </w:rPr>
        <w:t>Manuscript Title — replace with your title</w:t>
      </w:r>
    </w:p>
    <w:p>
      <w:pPr>
        <w:spacing w:after="80"/>
        <w:ind w:firstLine="0"/>
        <w:jc w:val="center"/>
      </w:pPr>
      <w:r>
        <w:rPr>
          <w:rFonts w:ascii="Pretendard" w:hAnsi="Pretendard" w:cs="Pretendard" w:eastAsia="Pretendard"/>
          <w:sz w:val="22"/>
        </w:rPr>
        <w:t>Author One</w:t>
      </w:r>
      <w:r>
        <w:rPr>
          <w:rFonts w:ascii="Pretendard" w:hAnsi="Pretendard" w:cs="Pretendard" w:eastAsia="Pretendard"/>
          <w:sz w:val="22"/>
          <w:vertAlign w:val="superscript"/>
        </w:rPr>
        <w:t>1</w:t>
      </w:r>
      <w:r>
        <w:rPr>
          <w:rFonts w:ascii="Pretendard" w:hAnsi="Pretendard" w:cs="Pretendard" w:eastAsia="Pretendard"/>
          <w:vertAlign w:val="superscript"/>
        </w:rPr>
        <w:t>*</w:t>
      </w:r>
      <w:r>
        <w:rPr>
          <w:rFonts w:ascii="Pretendard" w:hAnsi="Pretendard" w:cs="Pretendard" w:eastAsia="Pretendard"/>
          <w:sz w:val="22"/>
        </w:rPr>
        <w:t xml:space="preserve">, </w:t>
      </w:r>
      <w:r>
        <w:rPr>
          <w:rFonts w:ascii="Pretendard" w:hAnsi="Pretendard" w:cs="Pretendard" w:eastAsia="Pretendard"/>
          <w:sz w:val="22"/>
        </w:rPr>
        <w:t>Author Two</w:t>
      </w:r>
      <w:r>
        <w:rPr>
          <w:rFonts w:ascii="Pretendard" w:hAnsi="Pretendard" w:cs="Pretendard" w:eastAsia="Pretendard"/>
          <w:sz w:val="22"/>
          <w:vertAlign w:val="superscript"/>
        </w:rPr>
        <w:t>2</w:t>
      </w:r>
    </w:p>
    <w:p>
      <w:pPr>
        <w:spacing w:after="40"/>
        <w:ind w:firstLine="0"/>
        <w:jc w:val="center"/>
      </w:pPr>
      <w:r>
        <w:rPr>
          <w:rFonts w:ascii="Pretendard" w:hAnsi="Pretendard" w:cs="Pretendard" w:eastAsia="Pretendard"/>
          <w:b w:val="0"/>
          <w:i/>
          <w:sz w:val="20"/>
        </w:rPr>
        <w:t>¹ Affiliation one — department, institution, city, country</w:t>
      </w:r>
    </w:p>
    <w:p>
      <w:pPr>
        <w:spacing w:after="160"/>
        <w:ind w:firstLine="0"/>
        <w:jc w:val="center"/>
      </w:pPr>
      <w:r>
        <w:rPr>
          <w:rFonts w:ascii="Pretendard" w:hAnsi="Pretendard" w:cs="Pretendard" w:eastAsia="Pretendard"/>
          <w:b w:val="0"/>
          <w:i/>
          <w:sz w:val="20"/>
        </w:rPr>
        <w:t>² Affiliation two — department, institution, city, country</w:t>
      </w:r>
    </w:p>
    <w:p>
      <w:pPr>
        <w:spacing w:after="80"/>
        <w:ind w:firstLine="0"/>
      </w:pPr>
      <w:r>
        <w:rPr>
          <w:rFonts w:ascii="Pretendard" w:hAnsi="Pretendard" w:cs="Pretendard" w:eastAsia="Pretendard"/>
          <w:b/>
          <w:sz w:val="20"/>
        </w:rPr>
        <w:t>초록</w:t>
      </w:r>
    </w:p>
    <w:p>
      <w:pPr>
        <w:spacing w:after="120"/>
        <w:ind w:firstLine="0"/>
      </w:pPr>
      <w:r>
        <w:rPr>
          <w:rFonts w:ascii="Pretendard" w:hAnsi="Pretendard" w:cs="Pretendard" w:eastAsia="Pretendard"/>
          <w:sz w:val="20"/>
        </w:rPr>
        <w:t>Replace this paragraph with your abstract. Keep it focused on the problem, approach, key results, and implications. Straight quotes, hyphens-as-dashes, and missing nbsp before units will be auto-fixed by convert_md_to_docx.py when --publisher is set.</w:t>
      </w:r>
    </w:p>
    <w:p>
      <w:pPr>
        <w:spacing w:after="240"/>
        <w:ind w:firstLine="0"/>
      </w:pPr>
      <w:r>
        <w:rPr>
          <w:rFonts w:ascii="Pretendard" w:hAnsi="Pretendard" w:cs="Pretendard" w:eastAsia="Pretendard"/>
          <w:b/>
          <w:sz w:val="20"/>
        </w:rPr>
        <w:t xml:space="preserve">주요어: </w:t>
      </w:r>
      <w:r>
        <w:rPr>
          <w:rFonts w:ascii="Pretendard" w:hAnsi="Pretendard" w:cs="Pretendard" w:eastAsia="Pretendard"/>
          <w:sz w:val="20"/>
        </w:rPr>
        <w:t>keyword1; keyword2; keyword3</w:t>
      </w:r>
    </w:p>
    <w:p>
      <w:pPr>
        <w:pStyle w:val="Heading1"/>
      </w:pPr>
      <w:r>
        <w:t>1 Introduction</w:t>
      </w:r>
    </w:p>
    <w:p>
      <w:pPr>
        <w:ind w:firstLine="0"/>
      </w:pPr>
      <w:r>
        <w:t>Replace this paragraph with your manuscript body. This template was generated from templates/registry.yaml — do not hand-edit. To update style, edit the registry and rerun scripts/generate_docx_templates.py.</w:t>
      </w:r>
    </w:p>
    <w:sectPr w:rsidR="00FC693F" w:rsidRPr="0006063C" w:rsidSect="00034616">
      <w:pgSz w:w="11906" w:h="16838"/>
      <w:pgMar w:top="1701" w:right="1417" w:bottom="1701" w:left="1417" w:header="720" w:footer="720" w:gutter="0"/>
      <w:cols w:space="720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before="0" w:after="80"/>
      <w:jc w:val="left"/>
      <w:widowControl w:val="1"/>
    </w:pPr>
    <w:rPr>
      <w:rFonts w:ascii="Pretendard" w:hAnsi="Pretendard" w:cs="Pretendard" w:eastAsia="Pretendar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  <w:numPr>
        <w:ilvl w:val="0"/>
        <w:numId w:val="0"/>
      </w:numPr>
    </w:pPr>
    <w:rPr>
      <w:rFonts w:asciiTheme="majorHAnsi" w:eastAsiaTheme="majorEastAsia" w:hAnsiTheme="majorHAnsi" w:cstheme="majorBidi" w:ascii="Pretendard" w:hAnsi="Pretendard" w:cs="Pretendard" w:eastAsia="Pretendard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  <w:numPr>
        <w:ilvl w:val="0"/>
        <w:numId w:val="0"/>
      </w:numPr>
    </w:pPr>
    <w:rPr>
      <w:rFonts w:asciiTheme="majorHAnsi" w:eastAsiaTheme="majorEastAsia" w:hAnsiTheme="majorHAnsi" w:cstheme="majorBidi" w:ascii="Pretendard" w:hAnsi="Pretendard" w:cs="Pretendard" w:eastAsia="Pretendard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  <w:numPr>
        <w:ilvl w:val="0"/>
        <w:numId w:val="0"/>
      </w:numPr>
    </w:pPr>
    <w:rPr>
      <w:rFonts w:asciiTheme="majorHAnsi" w:eastAsiaTheme="majorEastAsia" w:hAnsiTheme="majorHAnsi" w:cstheme="majorBidi" w:ascii="Pretendard" w:hAnsi="Pretendard" w:cs="Pretendard" w:eastAsia="Pretendard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80"/>
      <w:outlineLvl w:val="3"/>
      <w:numPr>
        <w:ilvl w:val="0"/>
        <w:numId w:val="0"/>
      </w:numPr>
    </w:pPr>
    <w:rPr>
      <w:rFonts w:asciiTheme="majorHAnsi" w:eastAsiaTheme="majorEastAsia" w:hAnsiTheme="majorHAnsi" w:cstheme="majorBidi" w:ascii="Pretendard" w:hAnsi="Pretendard" w:cs="Pretendard" w:eastAsia="Pretendard"/>
      <w:b/>
      <w:bCs/>
      <w:i w:val="0"/>
      <w:iCs/>
      <w:color w:val="000000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Pretendard" w:hAnsi="Pretendard" w:cs="Pretendard" w:eastAsia="Pretendard"/>
      <w:b/>
      <w:bCs/>
      <w:i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0B5394"/>
      <w:u w:val="single"/>
    </w:rPr>
  </w:style>
  <w:style w:type="paragraph" w:customStyle="1" w:styleId="Bibliography">
    <w:name w:val="Bibliography"/>
    <w:basedOn w:val="Normal"/>
    <w:pPr>
      <w:spacing w:line="312" w:lineRule="auto" w:after="80"/>
      <w:ind w:left="284" w:hanging="284"/>
    </w:pPr>
    <w:rPr>
      <w:rFonts w:ascii="Pretendard" w:hAnsi="Pretendard" w:cs="Pretendard" w:eastAsia="Pretendard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